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D439E1" w14:paraId="724D94BB" w14:textId="77777777">
        <w:trPr>
          <w:jc w:val="center"/>
        </w:trPr>
        <w:tc>
          <w:tcPr>
            <w:tcW w:w="498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58FD38" w14:textId="77777777" w:rsidR="00D439E1" w:rsidRDefault="00000000">
            <w:pPr>
              <w:widowControl w:val="0"/>
            </w:pPr>
            <w:r>
              <w:rPr>
                <w:sz w:val="16"/>
              </w:rPr>
              <w:t>...............................................................</w:t>
            </w:r>
            <w:r>
              <w:rPr>
                <w:sz w:val="16"/>
              </w:rPr>
              <w:br/>
              <w:t>pieczęć szkoły / placówki</w:t>
            </w:r>
          </w:p>
        </w:tc>
        <w:tc>
          <w:tcPr>
            <w:tcW w:w="498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F73233" w14:textId="77777777" w:rsidR="00D439E1" w:rsidRDefault="00000000">
            <w:pPr>
              <w:widowControl w:val="0"/>
              <w:jc w:val="right"/>
            </w:pPr>
            <w:r>
              <w:rPr>
                <w:sz w:val="16"/>
              </w:rPr>
              <w:t>...............................................................</w:t>
            </w:r>
            <w:r>
              <w:rPr>
                <w:sz w:val="16"/>
              </w:rPr>
              <w:br/>
              <w:t>miejscowość, data</w:t>
            </w:r>
          </w:p>
        </w:tc>
      </w:tr>
    </w:tbl>
    <w:p w14:paraId="254FD1B5" w14:textId="77777777" w:rsidR="00D439E1" w:rsidRDefault="00000000">
      <w:pPr>
        <w:keepNext/>
        <w:spacing w:before="40"/>
        <w:jc w:val="center"/>
      </w:pPr>
      <w:r>
        <w:rPr>
          <w:b/>
          <w:sz w:val="28"/>
        </w:rPr>
        <w:t>OPINIA O FUNKCJONOWANIU UCZNIA</w:t>
      </w:r>
    </w:p>
    <w:p w14:paraId="022CC554" w14:textId="77777777" w:rsidR="00D439E1" w:rsidRDefault="00000000">
      <w:pPr>
        <w:keepNext/>
        <w:spacing w:after="40"/>
        <w:jc w:val="center"/>
      </w:pPr>
      <w:r>
        <w:t>dla potrzeb Poradni Psychologiczno-Pedagogicznej w Tomaszowie Mazowieckim</w:t>
      </w:r>
    </w:p>
    <w:tbl>
      <w:tblPr>
        <w:tblW w:w="0" w:type="auto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5103"/>
      </w:tblGrid>
      <w:tr w:rsidR="00D439E1" w14:paraId="6C217988" w14:textId="77777777">
        <w:trPr>
          <w:trHeight w:val="368"/>
          <w:jc w:val="center"/>
        </w:trPr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9AE051" w14:textId="77777777" w:rsidR="00D439E1" w:rsidRDefault="00000000">
            <w:pPr>
              <w:widowControl w:val="0"/>
            </w:pPr>
            <w:r>
              <w:rPr>
                <w:b/>
                <w:sz w:val="17"/>
              </w:rPr>
              <w:t>Imię i nazwisko ucznia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9C2AC3" w14:textId="77777777" w:rsidR="0045682B" w:rsidRDefault="0045682B">
            <w:pPr>
              <w:widowControl w:val="0"/>
            </w:pPr>
          </w:p>
        </w:tc>
      </w:tr>
      <w:tr w:rsidR="00D439E1" w14:paraId="3B954ECA" w14:textId="77777777">
        <w:trPr>
          <w:trHeight w:val="368"/>
          <w:jc w:val="center"/>
        </w:trPr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404D51" w14:textId="53A58935" w:rsidR="00D439E1" w:rsidRDefault="0045682B">
            <w:pPr>
              <w:widowControl w:val="0"/>
            </w:pPr>
            <w:r>
              <w:rPr>
                <w:b/>
                <w:sz w:val="17"/>
              </w:rPr>
              <w:t>Data i miejsce urodzenia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E30074" w14:textId="77777777" w:rsidR="00D439E1" w:rsidRDefault="00D439E1">
            <w:pPr>
              <w:widowControl w:val="0"/>
            </w:pPr>
          </w:p>
        </w:tc>
      </w:tr>
      <w:tr w:rsidR="00D439E1" w14:paraId="06A72267" w14:textId="77777777">
        <w:trPr>
          <w:trHeight w:val="368"/>
          <w:jc w:val="center"/>
        </w:trPr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FC5D64" w14:textId="591E79FA" w:rsidR="00D439E1" w:rsidRDefault="0045682B">
            <w:pPr>
              <w:widowControl w:val="0"/>
            </w:pPr>
            <w:r>
              <w:rPr>
                <w:b/>
                <w:sz w:val="17"/>
              </w:rPr>
              <w:t>Szkoła/ placówka, klasa/ oddział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97C682" w14:textId="77777777" w:rsidR="00D439E1" w:rsidRDefault="00D439E1">
            <w:pPr>
              <w:widowControl w:val="0"/>
            </w:pPr>
          </w:p>
        </w:tc>
      </w:tr>
      <w:tr w:rsidR="00D439E1" w14:paraId="18E13A87" w14:textId="77777777">
        <w:trPr>
          <w:trHeight w:val="368"/>
          <w:jc w:val="center"/>
        </w:trPr>
        <w:tc>
          <w:tcPr>
            <w:tcW w:w="48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DF6D3C" w14:textId="77777777" w:rsidR="00D439E1" w:rsidRDefault="00000000">
            <w:pPr>
              <w:widowControl w:val="0"/>
            </w:pPr>
            <w:r>
              <w:rPr>
                <w:b/>
                <w:sz w:val="17"/>
              </w:rPr>
              <w:t>Cel sporządzenia opinii / rodzaj postępowania w poradni (jeżeli wiadomo)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6E69E5" w14:textId="77777777" w:rsidR="00D439E1" w:rsidRDefault="00D439E1">
            <w:pPr>
              <w:widowControl w:val="0"/>
            </w:pPr>
          </w:p>
        </w:tc>
      </w:tr>
    </w:tbl>
    <w:p w14:paraId="138F19B3" w14:textId="0FEEA09E" w:rsidR="00D439E1" w:rsidRDefault="00000000" w:rsidP="0045682B">
      <w:pPr>
        <w:spacing w:after="28" w:line="226" w:lineRule="auto"/>
        <w:jc w:val="both"/>
      </w:pPr>
      <w:r>
        <w:rPr>
          <w:sz w:val="16"/>
        </w:rPr>
        <w:t xml:space="preserve">Zasady sporządzania opinii: opinię sporządza się na podstawie obserwacji funkcjonowania ucznia oraz rozpoznania prowadzonego przez nauczycieli i specjalistów. </w:t>
      </w:r>
      <w:r w:rsidR="0045682B">
        <w:rPr>
          <w:sz w:val="16"/>
        </w:rPr>
        <w:t xml:space="preserve">               </w:t>
      </w:r>
      <w:r>
        <w:rPr>
          <w:sz w:val="16"/>
        </w:rPr>
        <w:t xml:space="preserve">W opisie należy uwzględnić obserwowalne zachowania, mocne strony i uzdolnienia, występujące trudności oraz czynniki środowiskowe stanowiące bariery lub ułatwienia. Należy unikać formułowania rozpoznań medycznych niewynikających z przedstawionej dokumentacji. Pola formularza można uzupełniać bezpośrednio </w:t>
      </w:r>
      <w:r w:rsidR="0045682B">
        <w:rPr>
          <w:sz w:val="16"/>
        </w:rPr>
        <w:t xml:space="preserve">            </w:t>
      </w:r>
      <w:r>
        <w:rPr>
          <w:sz w:val="16"/>
        </w:rPr>
        <w:t>w Wordzie; wiersze tabel rozszerzają się automatycznie wraz z ilością wpisywanego tekstu.</w:t>
      </w:r>
    </w:p>
    <w:p w14:paraId="73D99488" w14:textId="77777777" w:rsidR="00D439E1" w:rsidRPr="0045682B" w:rsidRDefault="00000000">
      <w:pPr>
        <w:keepNext/>
        <w:spacing w:before="20" w:after="20"/>
        <w:rPr>
          <w:sz w:val="20"/>
          <w:szCs w:val="20"/>
        </w:rPr>
      </w:pPr>
      <w:r>
        <w:rPr>
          <w:b/>
          <w:sz w:val="21"/>
        </w:rPr>
        <w:t xml:space="preserve">1. </w:t>
      </w:r>
      <w:r w:rsidRPr="0045682B">
        <w:rPr>
          <w:b/>
          <w:sz w:val="20"/>
          <w:szCs w:val="20"/>
        </w:rPr>
        <w:t>Funkcjonowanie ucznia - aktywność i uczestniczenie w obszarach ICF</w:t>
      </w:r>
    </w:p>
    <w:tbl>
      <w:tblPr>
        <w:tblW w:w="0" w:type="auto"/>
        <w:jc w:val="center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579"/>
        <w:gridCol w:w="2523"/>
        <w:gridCol w:w="2466"/>
      </w:tblGrid>
      <w:tr w:rsidR="00D439E1" w14:paraId="0320F319" w14:textId="77777777">
        <w:trPr>
          <w:trHeight w:val="510"/>
          <w:tblHeader/>
          <w:jc w:val="center"/>
        </w:trPr>
        <w:tc>
          <w:tcPr>
            <w:tcW w:w="2409" w:type="dxa"/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24218F" w14:textId="77777777" w:rsidR="00D439E1" w:rsidRDefault="00000000">
            <w:pPr>
              <w:widowControl w:val="0"/>
              <w:spacing w:line="228" w:lineRule="auto"/>
              <w:jc w:val="center"/>
            </w:pPr>
            <w:r>
              <w:rPr>
                <w:b/>
                <w:sz w:val="15"/>
              </w:rPr>
              <w:t>Obszar funkcjonowania</w:t>
            </w:r>
          </w:p>
        </w:tc>
        <w:tc>
          <w:tcPr>
            <w:tcW w:w="2579" w:type="dxa"/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286A66" w14:textId="77777777" w:rsidR="00D439E1" w:rsidRDefault="00000000">
            <w:pPr>
              <w:widowControl w:val="0"/>
              <w:spacing w:line="228" w:lineRule="auto"/>
              <w:jc w:val="center"/>
            </w:pPr>
            <w:r>
              <w:rPr>
                <w:b/>
                <w:sz w:val="15"/>
              </w:rPr>
              <w:t>Aktywność i uczestniczenie</w:t>
            </w:r>
            <w:r>
              <w:rPr>
                <w:b/>
                <w:sz w:val="15"/>
              </w:rPr>
              <w:br/>
              <w:t>Mocne strony / uzdolnienia</w:t>
            </w:r>
          </w:p>
        </w:tc>
        <w:tc>
          <w:tcPr>
            <w:tcW w:w="2523" w:type="dxa"/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86CA36" w14:textId="77777777" w:rsidR="00D439E1" w:rsidRDefault="00000000">
            <w:pPr>
              <w:widowControl w:val="0"/>
              <w:spacing w:line="228" w:lineRule="auto"/>
              <w:jc w:val="center"/>
            </w:pPr>
            <w:r>
              <w:rPr>
                <w:b/>
                <w:sz w:val="15"/>
              </w:rPr>
              <w:t>Trudności i ograniczenia</w:t>
            </w:r>
            <w:r>
              <w:rPr>
                <w:b/>
                <w:sz w:val="15"/>
              </w:rPr>
              <w:br/>
              <w:t>w aktywności i uczestniczeniu</w:t>
            </w:r>
          </w:p>
        </w:tc>
        <w:tc>
          <w:tcPr>
            <w:tcW w:w="2466" w:type="dxa"/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083689" w14:textId="77777777" w:rsidR="00D439E1" w:rsidRDefault="00000000">
            <w:pPr>
              <w:widowControl w:val="0"/>
              <w:spacing w:line="228" w:lineRule="auto"/>
              <w:jc w:val="center"/>
            </w:pPr>
            <w:r>
              <w:rPr>
                <w:b/>
                <w:sz w:val="15"/>
              </w:rPr>
              <w:t>Czynniki środowiskowe</w:t>
            </w:r>
            <w:r>
              <w:rPr>
                <w:b/>
                <w:sz w:val="15"/>
              </w:rPr>
              <w:br/>
              <w:t>Bariery / ułatwienia</w:t>
            </w:r>
          </w:p>
        </w:tc>
      </w:tr>
      <w:tr w:rsidR="00D439E1" w14:paraId="5A627F7C" w14:textId="77777777">
        <w:trPr>
          <w:trHeight w:val="1145"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1ACAF1" w14:textId="77777777" w:rsidR="00D439E1" w:rsidRDefault="00000000">
            <w:pPr>
              <w:widowControl w:val="0"/>
              <w:spacing w:line="216" w:lineRule="auto"/>
            </w:pPr>
            <w:r w:rsidRPr="0045682B">
              <w:rPr>
                <w:b/>
                <w:bCs/>
                <w:sz w:val="15"/>
              </w:rPr>
              <w:t>Uczenie się i stosowanie wiedzy</w:t>
            </w:r>
            <w:r>
              <w:rPr>
                <w:sz w:val="15"/>
              </w:rPr>
              <w:br/>
              <w:t>uwaga, pamięć, czytanie, pisanie, liczenie, rozwiązywanie problemów, samodzielne uczenie się</w:t>
            </w:r>
          </w:p>
        </w:tc>
        <w:tc>
          <w:tcPr>
            <w:tcW w:w="2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E8569E" w14:textId="77777777" w:rsidR="00D439E1" w:rsidRDefault="00D439E1">
            <w:pPr>
              <w:widowControl w:val="0"/>
            </w:pPr>
          </w:p>
        </w:tc>
        <w:tc>
          <w:tcPr>
            <w:tcW w:w="25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4FDECB" w14:textId="77777777" w:rsidR="00D439E1" w:rsidRDefault="00D439E1">
            <w:pPr>
              <w:widowControl w:val="0"/>
            </w:pP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22BABC" w14:textId="77777777" w:rsidR="00D439E1" w:rsidRDefault="00D439E1">
            <w:pPr>
              <w:widowControl w:val="0"/>
            </w:pPr>
          </w:p>
        </w:tc>
      </w:tr>
      <w:tr w:rsidR="00D439E1" w14:paraId="31BA8557" w14:textId="77777777">
        <w:trPr>
          <w:trHeight w:val="1145"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C192F0" w14:textId="77777777" w:rsidR="00D439E1" w:rsidRDefault="00000000">
            <w:pPr>
              <w:widowControl w:val="0"/>
              <w:spacing w:line="216" w:lineRule="auto"/>
            </w:pPr>
            <w:r w:rsidRPr="0045682B">
              <w:rPr>
                <w:b/>
                <w:bCs/>
                <w:sz w:val="15"/>
              </w:rPr>
              <w:t>Ogólne zadania i obowiązki</w:t>
            </w:r>
            <w:r>
              <w:rPr>
                <w:sz w:val="15"/>
              </w:rPr>
              <w:br/>
              <w:t>rozpoczynanie i kończenie zadań, planowanie, organizacja pracy, tempo, wytrwałość, reagowanie na zmianę</w:t>
            </w:r>
          </w:p>
        </w:tc>
        <w:tc>
          <w:tcPr>
            <w:tcW w:w="2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2EC154" w14:textId="77777777" w:rsidR="00D439E1" w:rsidRDefault="00D439E1">
            <w:pPr>
              <w:widowControl w:val="0"/>
            </w:pPr>
          </w:p>
        </w:tc>
        <w:tc>
          <w:tcPr>
            <w:tcW w:w="25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BB7992" w14:textId="77777777" w:rsidR="00D439E1" w:rsidRDefault="00D439E1">
            <w:pPr>
              <w:widowControl w:val="0"/>
            </w:pP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33CFDF" w14:textId="77777777" w:rsidR="00D439E1" w:rsidRDefault="00D439E1">
            <w:pPr>
              <w:widowControl w:val="0"/>
            </w:pPr>
          </w:p>
        </w:tc>
      </w:tr>
      <w:tr w:rsidR="00D439E1" w14:paraId="15B4E45B" w14:textId="77777777">
        <w:trPr>
          <w:trHeight w:val="1145"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9A20A9" w14:textId="77777777" w:rsidR="00D439E1" w:rsidRDefault="00000000">
            <w:pPr>
              <w:widowControl w:val="0"/>
              <w:spacing w:line="216" w:lineRule="auto"/>
            </w:pPr>
            <w:r w:rsidRPr="0045682B">
              <w:rPr>
                <w:b/>
                <w:bCs/>
                <w:sz w:val="15"/>
              </w:rPr>
              <w:t>Porozumiewanie się</w:t>
            </w:r>
            <w:r>
              <w:rPr>
                <w:sz w:val="15"/>
              </w:rPr>
              <w:br/>
              <w:t>rozumienie poleceń i wypowiedzi, wypowiedzi ustne/pisemne, zgłaszanie potrzeb, komunikacja w grupie, AAC - jeżeli dotyczy</w:t>
            </w:r>
          </w:p>
        </w:tc>
        <w:tc>
          <w:tcPr>
            <w:tcW w:w="2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E3ED3A" w14:textId="77777777" w:rsidR="00D439E1" w:rsidRDefault="00D439E1">
            <w:pPr>
              <w:widowControl w:val="0"/>
            </w:pPr>
          </w:p>
        </w:tc>
        <w:tc>
          <w:tcPr>
            <w:tcW w:w="25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10B13F" w14:textId="77777777" w:rsidR="00D439E1" w:rsidRDefault="00D439E1">
            <w:pPr>
              <w:widowControl w:val="0"/>
            </w:pP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6C9C4C" w14:textId="77777777" w:rsidR="00D439E1" w:rsidRDefault="00D439E1">
            <w:pPr>
              <w:widowControl w:val="0"/>
            </w:pPr>
          </w:p>
        </w:tc>
      </w:tr>
      <w:tr w:rsidR="00D439E1" w14:paraId="7548C2D4" w14:textId="77777777">
        <w:trPr>
          <w:trHeight w:val="1145"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A93B3E" w14:textId="77777777" w:rsidR="00D439E1" w:rsidRDefault="00000000">
            <w:pPr>
              <w:widowControl w:val="0"/>
              <w:spacing w:line="216" w:lineRule="auto"/>
            </w:pPr>
            <w:r w:rsidRPr="0045682B">
              <w:rPr>
                <w:b/>
                <w:bCs/>
                <w:sz w:val="15"/>
              </w:rPr>
              <w:t>Motoryka, poruszanie się, mobilność i aktywność manualna</w:t>
            </w:r>
            <w:r>
              <w:rPr>
                <w:sz w:val="15"/>
              </w:rPr>
              <w:br/>
              <w:t>poruszanie się po szkole, sprawność manualna i grafomotoryczna, męczliwość, korzystanie ze sprzętu</w:t>
            </w:r>
          </w:p>
        </w:tc>
        <w:tc>
          <w:tcPr>
            <w:tcW w:w="2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529E9B" w14:textId="77777777" w:rsidR="00D439E1" w:rsidRDefault="00D439E1">
            <w:pPr>
              <w:widowControl w:val="0"/>
            </w:pPr>
          </w:p>
        </w:tc>
        <w:tc>
          <w:tcPr>
            <w:tcW w:w="25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9B5510" w14:textId="77777777" w:rsidR="00D439E1" w:rsidRDefault="00D439E1">
            <w:pPr>
              <w:widowControl w:val="0"/>
            </w:pP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1AF57F" w14:textId="77777777" w:rsidR="00D439E1" w:rsidRDefault="00D439E1">
            <w:pPr>
              <w:widowControl w:val="0"/>
            </w:pPr>
          </w:p>
        </w:tc>
      </w:tr>
      <w:tr w:rsidR="00D439E1" w14:paraId="685FDFCA" w14:textId="77777777">
        <w:trPr>
          <w:trHeight w:val="1088"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6739FA" w14:textId="77777777" w:rsidR="00D439E1" w:rsidRDefault="00000000">
            <w:pPr>
              <w:widowControl w:val="0"/>
              <w:spacing w:line="216" w:lineRule="auto"/>
            </w:pPr>
            <w:r w:rsidRPr="0045682B">
              <w:rPr>
                <w:b/>
                <w:bCs/>
                <w:sz w:val="15"/>
              </w:rPr>
              <w:t>Dbanie o siebie, samoobsługa i samodzielność</w:t>
            </w:r>
            <w:r>
              <w:rPr>
                <w:sz w:val="15"/>
              </w:rPr>
              <w:br/>
              <w:t>organizacja własnych materiałów, przygotowanie do zajęć, bezpieczeństwo, proszenie o pomoc</w:t>
            </w:r>
          </w:p>
        </w:tc>
        <w:tc>
          <w:tcPr>
            <w:tcW w:w="2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27E225" w14:textId="77777777" w:rsidR="00D439E1" w:rsidRDefault="00D439E1">
            <w:pPr>
              <w:widowControl w:val="0"/>
            </w:pPr>
          </w:p>
        </w:tc>
        <w:tc>
          <w:tcPr>
            <w:tcW w:w="25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1B735E" w14:textId="77777777" w:rsidR="00D439E1" w:rsidRDefault="00D439E1">
            <w:pPr>
              <w:widowControl w:val="0"/>
            </w:pP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325B364" w14:textId="77777777" w:rsidR="00D439E1" w:rsidRDefault="00D439E1">
            <w:pPr>
              <w:widowControl w:val="0"/>
            </w:pPr>
          </w:p>
        </w:tc>
      </w:tr>
      <w:tr w:rsidR="00D439E1" w14:paraId="08BF4F6A" w14:textId="77777777">
        <w:trPr>
          <w:trHeight w:val="1065"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1927C4" w14:textId="77777777" w:rsidR="00D439E1" w:rsidRDefault="00000000">
            <w:pPr>
              <w:widowControl w:val="0"/>
              <w:spacing w:line="216" w:lineRule="auto"/>
            </w:pPr>
            <w:r w:rsidRPr="0045682B">
              <w:rPr>
                <w:b/>
                <w:bCs/>
                <w:sz w:val="15"/>
              </w:rPr>
              <w:t>Życie domowe</w:t>
            </w:r>
            <w:r>
              <w:rPr>
                <w:sz w:val="15"/>
              </w:rPr>
              <w:br/>
              <w:t>tylko informacje mające znaczenie dla funkcjonowania szkolnego, przekazane przez ucznia lub rodzinę</w:t>
            </w:r>
          </w:p>
        </w:tc>
        <w:tc>
          <w:tcPr>
            <w:tcW w:w="2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176CCE" w14:textId="77777777" w:rsidR="00D439E1" w:rsidRDefault="00D439E1">
            <w:pPr>
              <w:widowControl w:val="0"/>
            </w:pPr>
          </w:p>
        </w:tc>
        <w:tc>
          <w:tcPr>
            <w:tcW w:w="25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B61C8A" w14:textId="77777777" w:rsidR="00D439E1" w:rsidRDefault="00D439E1">
            <w:pPr>
              <w:widowControl w:val="0"/>
            </w:pP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719DCC" w14:textId="77777777" w:rsidR="00D439E1" w:rsidRDefault="00D439E1">
            <w:pPr>
              <w:widowControl w:val="0"/>
            </w:pPr>
          </w:p>
        </w:tc>
      </w:tr>
      <w:tr w:rsidR="00D439E1" w14:paraId="1086BDD9" w14:textId="77777777">
        <w:trPr>
          <w:trHeight w:val="1236"/>
          <w:jc w:val="center"/>
        </w:trPr>
        <w:tc>
          <w:tcPr>
            <w:tcW w:w="2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5640BE" w14:textId="77777777" w:rsidR="00D439E1" w:rsidRDefault="00000000">
            <w:pPr>
              <w:widowControl w:val="0"/>
              <w:spacing w:line="216" w:lineRule="auto"/>
            </w:pPr>
            <w:r w:rsidRPr="0045682B">
              <w:rPr>
                <w:b/>
                <w:bCs/>
                <w:sz w:val="15"/>
              </w:rPr>
              <w:t>Wzajemne kontakty i związki międzyludzkie</w:t>
            </w:r>
            <w:r>
              <w:rPr>
                <w:sz w:val="15"/>
              </w:rPr>
              <w:t>; życie w społeczności szkolnej i lokalnej</w:t>
            </w:r>
            <w:r>
              <w:rPr>
                <w:sz w:val="15"/>
              </w:rPr>
              <w:br/>
              <w:t>relacje z rówieśnikami i dorosłymi, współpraca, przestrzeganie zasad, konflikty, udział w życiu klasy i szkoły</w:t>
            </w:r>
          </w:p>
        </w:tc>
        <w:tc>
          <w:tcPr>
            <w:tcW w:w="2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FE8B72" w14:textId="77777777" w:rsidR="00D439E1" w:rsidRDefault="00D439E1">
            <w:pPr>
              <w:widowControl w:val="0"/>
            </w:pPr>
          </w:p>
        </w:tc>
        <w:tc>
          <w:tcPr>
            <w:tcW w:w="25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3866C2" w14:textId="77777777" w:rsidR="00D439E1" w:rsidRDefault="00D439E1">
            <w:pPr>
              <w:widowControl w:val="0"/>
            </w:pPr>
          </w:p>
        </w:tc>
        <w:tc>
          <w:tcPr>
            <w:tcW w:w="246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CB1238" w14:textId="77777777" w:rsidR="00D439E1" w:rsidRDefault="00D439E1">
            <w:pPr>
              <w:widowControl w:val="0"/>
            </w:pPr>
          </w:p>
        </w:tc>
      </w:tr>
    </w:tbl>
    <w:p w14:paraId="1C2DD698" w14:textId="77777777" w:rsidR="00D439E1" w:rsidRDefault="00000000">
      <w:r>
        <w:br w:type="page"/>
      </w:r>
    </w:p>
    <w:p w14:paraId="258E57DE" w14:textId="77777777" w:rsidR="00D439E1" w:rsidRDefault="00000000">
      <w:pPr>
        <w:keepNext/>
        <w:spacing w:after="14"/>
      </w:pPr>
      <w:r>
        <w:rPr>
          <w:b/>
          <w:sz w:val="21"/>
        </w:rPr>
        <w:lastRenderedPageBreak/>
        <w:t xml:space="preserve">2. </w:t>
      </w:r>
      <w:r w:rsidRPr="0045682B">
        <w:rPr>
          <w:b/>
          <w:sz w:val="20"/>
          <w:szCs w:val="20"/>
        </w:rPr>
        <w:t>Zakres i rodzaj trudności w realizacji programów nauczania w oddziale, do którego uczeń uczęszcza</w:t>
      </w:r>
    </w:p>
    <w:p w14:paraId="60CDA089" w14:textId="77777777" w:rsidR="00D439E1" w:rsidRDefault="00000000">
      <w:pPr>
        <w:spacing w:after="20"/>
      </w:pPr>
      <w:r>
        <w:rPr>
          <w:i/>
          <w:sz w:val="16"/>
        </w:rPr>
        <w:t>Należy wskazać rodzaj i zakres trudności, ich wpływ na realizację programów nauczania oraz stosowane dostosowania wymagań edukacyjnych i ocenę ich skuteczności.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D439E1" w14:paraId="1CF7BB6E" w14:textId="77777777">
        <w:trPr>
          <w:trHeight w:val="1559"/>
          <w:jc w:val="center"/>
        </w:trPr>
        <w:tc>
          <w:tcPr>
            <w:tcW w:w="102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948D26" w14:textId="77777777" w:rsidR="00D439E1" w:rsidRDefault="00D439E1">
            <w:pPr>
              <w:widowControl w:val="0"/>
            </w:pPr>
          </w:p>
        </w:tc>
      </w:tr>
    </w:tbl>
    <w:p w14:paraId="66DE2F85" w14:textId="77777777" w:rsidR="00D439E1" w:rsidRPr="0045682B" w:rsidRDefault="00000000">
      <w:pPr>
        <w:keepNext/>
        <w:spacing w:before="50" w:after="12"/>
        <w:rPr>
          <w:sz w:val="20"/>
          <w:szCs w:val="20"/>
        </w:rPr>
      </w:pPr>
      <w:r w:rsidRPr="0045682B">
        <w:rPr>
          <w:b/>
          <w:sz w:val="20"/>
          <w:szCs w:val="20"/>
        </w:rPr>
        <w:t>3. Dotychczasowe działania i udzielana pomoc</w:t>
      </w:r>
    </w:p>
    <w:p w14:paraId="74D1E2DF" w14:textId="77777777" w:rsidR="00D439E1" w:rsidRDefault="00000000">
      <w:pPr>
        <w:spacing w:after="16"/>
      </w:pPr>
      <w:r>
        <w:rPr>
          <w:i/>
          <w:sz w:val="16"/>
        </w:rPr>
        <w:t>Należy wskazać działania podjęte przez nauczycieli i specjalistów oraz udzielane formy pomocy psychologiczno-pedagogicznej, z określeniem ich zakresu, okresu realizacji i uzyskanych efektów.</w:t>
      </w:r>
    </w:p>
    <w:tbl>
      <w:tblPr>
        <w:tblW w:w="0" w:type="auto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551"/>
        <w:gridCol w:w="1814"/>
        <w:gridCol w:w="2835"/>
      </w:tblGrid>
      <w:tr w:rsidR="00D439E1" w14:paraId="6236749A" w14:textId="77777777">
        <w:trPr>
          <w:trHeight w:val="311"/>
          <w:tblHeader/>
          <w:jc w:val="center"/>
        </w:trPr>
        <w:tc>
          <w:tcPr>
            <w:tcW w:w="2835" w:type="dxa"/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F971E2" w14:textId="77777777" w:rsidR="00D439E1" w:rsidRDefault="00000000">
            <w:pPr>
              <w:widowControl w:val="0"/>
              <w:jc w:val="center"/>
            </w:pPr>
            <w:r>
              <w:rPr>
                <w:b/>
                <w:sz w:val="16"/>
              </w:rPr>
              <w:t>Działanie / forma pomocy</w:t>
            </w:r>
          </w:p>
        </w:tc>
        <w:tc>
          <w:tcPr>
            <w:tcW w:w="2551" w:type="dxa"/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92C218" w14:textId="77777777" w:rsidR="00D439E1" w:rsidRDefault="00000000">
            <w:pPr>
              <w:widowControl w:val="0"/>
              <w:jc w:val="center"/>
            </w:pPr>
            <w:r>
              <w:rPr>
                <w:b/>
                <w:sz w:val="16"/>
              </w:rPr>
              <w:t>Zakres / częstotliwość</w:t>
            </w:r>
          </w:p>
        </w:tc>
        <w:tc>
          <w:tcPr>
            <w:tcW w:w="1814" w:type="dxa"/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2CE823" w14:textId="77777777" w:rsidR="00D439E1" w:rsidRDefault="00000000">
            <w:pPr>
              <w:widowControl w:val="0"/>
              <w:jc w:val="center"/>
            </w:pPr>
            <w:r>
              <w:rPr>
                <w:b/>
                <w:sz w:val="16"/>
              </w:rPr>
              <w:t>Okres</w:t>
            </w:r>
          </w:p>
        </w:tc>
        <w:tc>
          <w:tcPr>
            <w:tcW w:w="2835" w:type="dxa"/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D26340" w14:textId="77777777" w:rsidR="00D439E1" w:rsidRDefault="00000000">
            <w:pPr>
              <w:widowControl w:val="0"/>
              <w:jc w:val="center"/>
            </w:pPr>
            <w:r>
              <w:rPr>
                <w:b/>
                <w:sz w:val="16"/>
              </w:rPr>
              <w:t>Efekt / skuteczność</w:t>
            </w:r>
          </w:p>
        </w:tc>
      </w:tr>
      <w:tr w:rsidR="00D439E1" w14:paraId="0F82DBAD" w14:textId="77777777">
        <w:trPr>
          <w:trHeight w:val="595"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24166E" w14:textId="77777777" w:rsidR="00D439E1" w:rsidRDefault="00D439E1">
            <w:pPr>
              <w:widowControl w:val="0"/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7D55AD" w14:textId="77777777" w:rsidR="00D439E1" w:rsidRDefault="00D439E1">
            <w:pPr>
              <w:widowControl w:val="0"/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4C8DE9" w14:textId="77777777" w:rsidR="00D439E1" w:rsidRDefault="00D439E1">
            <w:pPr>
              <w:widowControl w:val="0"/>
            </w:pP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ED0919" w14:textId="77777777" w:rsidR="00D439E1" w:rsidRDefault="00D439E1">
            <w:pPr>
              <w:widowControl w:val="0"/>
            </w:pPr>
          </w:p>
        </w:tc>
      </w:tr>
      <w:tr w:rsidR="00D439E1" w14:paraId="1AE8E160" w14:textId="77777777">
        <w:trPr>
          <w:trHeight w:val="595"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323C4A" w14:textId="77777777" w:rsidR="00D439E1" w:rsidRDefault="00D439E1">
            <w:pPr>
              <w:widowControl w:val="0"/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3F9E73" w14:textId="77777777" w:rsidR="00D439E1" w:rsidRDefault="00D439E1">
            <w:pPr>
              <w:widowControl w:val="0"/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AE8B20" w14:textId="77777777" w:rsidR="00D439E1" w:rsidRDefault="00D439E1">
            <w:pPr>
              <w:widowControl w:val="0"/>
            </w:pP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1C334C" w14:textId="77777777" w:rsidR="00D439E1" w:rsidRDefault="00D439E1">
            <w:pPr>
              <w:widowControl w:val="0"/>
            </w:pPr>
          </w:p>
        </w:tc>
      </w:tr>
      <w:tr w:rsidR="00D439E1" w14:paraId="211A00E0" w14:textId="77777777">
        <w:trPr>
          <w:trHeight w:val="595"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1ACF9A" w14:textId="77777777" w:rsidR="00D439E1" w:rsidRDefault="00D439E1">
            <w:pPr>
              <w:widowControl w:val="0"/>
            </w:pPr>
          </w:p>
        </w:tc>
        <w:tc>
          <w:tcPr>
            <w:tcW w:w="255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9B3BD5" w14:textId="77777777" w:rsidR="00D439E1" w:rsidRDefault="00D439E1">
            <w:pPr>
              <w:widowControl w:val="0"/>
            </w:pP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534201" w14:textId="77777777" w:rsidR="00D439E1" w:rsidRDefault="00D439E1">
            <w:pPr>
              <w:widowControl w:val="0"/>
            </w:pP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180238" w14:textId="77777777" w:rsidR="00D439E1" w:rsidRDefault="00D439E1">
            <w:pPr>
              <w:widowControl w:val="0"/>
            </w:pPr>
          </w:p>
        </w:tc>
      </w:tr>
    </w:tbl>
    <w:p w14:paraId="7DA065BE" w14:textId="77777777" w:rsidR="00D439E1" w:rsidRPr="0045682B" w:rsidRDefault="00000000">
      <w:pPr>
        <w:keepNext/>
        <w:spacing w:before="44" w:after="8"/>
        <w:rPr>
          <w:sz w:val="20"/>
          <w:szCs w:val="20"/>
        </w:rPr>
      </w:pPr>
      <w:r w:rsidRPr="0045682B">
        <w:rPr>
          <w:b/>
          <w:sz w:val="20"/>
          <w:szCs w:val="20"/>
        </w:rPr>
        <w:t>4. WOPFU / okresowa ocena funkcjonowania - jeżeli dotyczy</w:t>
      </w:r>
    </w:p>
    <w:p w14:paraId="0D6C1819" w14:textId="77777777" w:rsidR="00D439E1" w:rsidRDefault="00000000">
      <w:pPr>
        <w:spacing w:after="2" w:line="228" w:lineRule="auto"/>
      </w:pPr>
      <w:r>
        <w:rPr>
          <w:sz w:val="17"/>
        </w:rPr>
        <w:t>□ uczeń objęty kształceniem specjalnym - aktualna WOPFU stanowi załącznik nr ..........</w:t>
      </w:r>
    </w:p>
    <w:p w14:paraId="06E5241E" w14:textId="77777777" w:rsidR="00D439E1" w:rsidRDefault="00000000">
      <w:pPr>
        <w:spacing w:after="2" w:line="228" w:lineRule="auto"/>
      </w:pPr>
      <w:r>
        <w:rPr>
          <w:sz w:val="17"/>
        </w:rPr>
        <w:t>□ uczeń objęty zajęciami rewalidacyjno-wychowawczymi - aktualna okresowa ocena funkcjonowania stanowi załącznik nr ..........</w:t>
      </w:r>
    </w:p>
    <w:p w14:paraId="1FA74CBF" w14:textId="77777777" w:rsidR="00D439E1" w:rsidRDefault="00000000">
      <w:pPr>
        <w:spacing w:after="2" w:line="228" w:lineRule="auto"/>
      </w:pPr>
      <w:r>
        <w:rPr>
          <w:sz w:val="17"/>
        </w:rPr>
        <w:t>□ nie dotyczy</w:t>
      </w:r>
    </w:p>
    <w:p w14:paraId="7037F78D" w14:textId="77777777" w:rsidR="00D439E1" w:rsidRPr="0045682B" w:rsidRDefault="00000000">
      <w:pPr>
        <w:keepNext/>
        <w:spacing w:before="28" w:after="12"/>
        <w:rPr>
          <w:sz w:val="20"/>
          <w:szCs w:val="20"/>
        </w:rPr>
      </w:pPr>
      <w:r w:rsidRPr="0045682B">
        <w:rPr>
          <w:b/>
          <w:sz w:val="20"/>
          <w:szCs w:val="20"/>
        </w:rPr>
        <w:t>5. Wnioski dotyczące dalszej pracy z uczniem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D439E1" w14:paraId="3CE33CDC" w14:textId="77777777">
        <w:trPr>
          <w:trHeight w:val="992"/>
          <w:jc w:val="center"/>
        </w:trPr>
        <w:tc>
          <w:tcPr>
            <w:tcW w:w="102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20D6F5" w14:textId="77777777" w:rsidR="00D439E1" w:rsidRDefault="00D439E1">
            <w:pPr>
              <w:widowControl w:val="0"/>
            </w:pPr>
          </w:p>
        </w:tc>
      </w:tr>
    </w:tbl>
    <w:p w14:paraId="74A2A52D" w14:textId="77777777" w:rsidR="00D439E1" w:rsidRDefault="00000000">
      <w:pPr>
        <w:keepNext/>
        <w:spacing w:before="26" w:after="6"/>
      </w:pPr>
      <w:r>
        <w:rPr>
          <w:b/>
          <w:sz w:val="21"/>
        </w:rPr>
        <w:t>6</w:t>
      </w:r>
      <w:r w:rsidRPr="0045682B">
        <w:rPr>
          <w:b/>
          <w:sz w:val="20"/>
          <w:szCs w:val="20"/>
        </w:rPr>
        <w:t>. Inne informacje istotne dla poradni - jeżeli dotyczy</w:t>
      </w:r>
    </w:p>
    <w:p w14:paraId="1EA7A6B6" w14:textId="77777777" w:rsidR="00D439E1" w:rsidRDefault="00000000">
      <w:pPr>
        <w:spacing w:after="3" w:line="226" w:lineRule="auto"/>
      </w:pPr>
      <w:r>
        <w:rPr>
          <w:i/>
          <w:sz w:val="16"/>
        </w:rPr>
        <w:t>W zależności od celu sporządzenia opinii należy uwzględnić w szczególności:</w:t>
      </w:r>
    </w:p>
    <w:p w14:paraId="20B3553B" w14:textId="77777777" w:rsidR="00D439E1" w:rsidRDefault="00000000">
      <w:pPr>
        <w:spacing w:after="1" w:line="216" w:lineRule="auto"/>
        <w:ind w:left="142" w:hanging="102"/>
      </w:pPr>
      <w:r>
        <w:rPr>
          <w:sz w:val="15"/>
        </w:rPr>
        <w:t>• informacje wskazujące na potrzebę realizacji wybranych zajęć edukacyjnych indywidualnie z uczniem lub w grupie liczącej do 5 uczniów - wraz z opisem trudności uzasadniających taką formę realizacji zajęć;</w:t>
      </w:r>
    </w:p>
    <w:p w14:paraId="1AD98C5B" w14:textId="77777777" w:rsidR="00D439E1" w:rsidRDefault="00000000">
      <w:pPr>
        <w:spacing w:after="1" w:line="216" w:lineRule="auto"/>
        <w:ind w:left="142" w:hanging="102"/>
      </w:pPr>
      <w:r>
        <w:rPr>
          <w:sz w:val="15"/>
        </w:rPr>
        <w:t>• w przypadku postępowania dotyczącego zwolnienia z nauki drugiego języka obcego nowożytnego albo języka łacińskiego - opis trudności i ich wpływu na funkcjonowanie edukacyjne ucznia; dotyczy ucznia z uszkodzeniem słuchu, głęboką dysleksją rozwojową, afazją, niepełnosprawnościami sprzężonymi lub autyzmem, w tym z zespołem Aspergera;</w:t>
      </w:r>
    </w:p>
    <w:p w14:paraId="26EA4352" w14:textId="77777777" w:rsidR="00D439E1" w:rsidRDefault="00000000">
      <w:pPr>
        <w:spacing w:after="1" w:line="216" w:lineRule="auto"/>
        <w:ind w:left="142" w:hanging="102"/>
        <w:rPr>
          <w:sz w:val="15"/>
        </w:rPr>
      </w:pPr>
      <w:r>
        <w:rPr>
          <w:sz w:val="15"/>
        </w:rPr>
        <w:t>• inne informacje mające znaczenie dla prowadzonego w poradni postępowania, niewskazane w poprzednich częściach opinii - wraz z uzasadnieniem.</w:t>
      </w:r>
    </w:p>
    <w:p w14:paraId="35EB3D37" w14:textId="77777777" w:rsidR="0045682B" w:rsidRDefault="0045682B">
      <w:pPr>
        <w:spacing w:after="1" w:line="216" w:lineRule="auto"/>
        <w:ind w:left="142" w:hanging="102"/>
      </w:pP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D439E1" w14:paraId="29D906F3" w14:textId="77777777">
        <w:trPr>
          <w:trHeight w:val="595"/>
          <w:jc w:val="center"/>
        </w:trPr>
        <w:tc>
          <w:tcPr>
            <w:tcW w:w="102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EACD45" w14:textId="77777777" w:rsidR="00D439E1" w:rsidRDefault="00D439E1">
            <w:pPr>
              <w:widowControl w:val="0"/>
            </w:pPr>
          </w:p>
          <w:p w14:paraId="187F0859" w14:textId="77777777" w:rsidR="0045682B" w:rsidRDefault="0045682B">
            <w:pPr>
              <w:widowControl w:val="0"/>
            </w:pPr>
          </w:p>
          <w:p w14:paraId="5198D5F6" w14:textId="77777777" w:rsidR="0045682B" w:rsidRDefault="0045682B">
            <w:pPr>
              <w:widowControl w:val="0"/>
            </w:pPr>
          </w:p>
          <w:p w14:paraId="2DB6E4A0" w14:textId="77777777" w:rsidR="0045682B" w:rsidRDefault="0045682B">
            <w:pPr>
              <w:widowControl w:val="0"/>
            </w:pPr>
          </w:p>
          <w:p w14:paraId="0425667A" w14:textId="77777777" w:rsidR="0045682B" w:rsidRDefault="0045682B">
            <w:pPr>
              <w:widowControl w:val="0"/>
            </w:pPr>
          </w:p>
        </w:tc>
      </w:tr>
    </w:tbl>
    <w:p w14:paraId="05EC6DB3" w14:textId="77777777" w:rsidR="00D439E1" w:rsidRDefault="00D439E1">
      <w:pPr>
        <w:spacing w:after="2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D439E1" w14:paraId="61166A39" w14:textId="77777777">
        <w:trPr>
          <w:jc w:val="center"/>
        </w:trPr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167D4C" w14:textId="75E5E113" w:rsidR="0045682B" w:rsidRDefault="0045682B">
            <w:pPr>
              <w:widowControl w:val="0"/>
              <w:spacing w:line="216" w:lineRule="auto"/>
              <w:rPr>
                <w:sz w:val="15"/>
              </w:rPr>
            </w:pPr>
          </w:p>
          <w:p w14:paraId="2347005E" w14:textId="77777777" w:rsidR="0045682B" w:rsidRDefault="0045682B">
            <w:pPr>
              <w:widowControl w:val="0"/>
              <w:spacing w:line="216" w:lineRule="auto"/>
              <w:rPr>
                <w:sz w:val="15"/>
              </w:rPr>
            </w:pPr>
          </w:p>
          <w:p w14:paraId="6F927359" w14:textId="77777777" w:rsidR="0045682B" w:rsidRDefault="0045682B">
            <w:pPr>
              <w:widowControl w:val="0"/>
              <w:spacing w:line="216" w:lineRule="auto"/>
              <w:rPr>
                <w:sz w:val="15"/>
              </w:rPr>
            </w:pPr>
          </w:p>
          <w:p w14:paraId="61FB06DB" w14:textId="77777777" w:rsidR="0045682B" w:rsidRDefault="0045682B">
            <w:pPr>
              <w:widowControl w:val="0"/>
              <w:spacing w:line="216" w:lineRule="auto"/>
              <w:rPr>
                <w:sz w:val="15"/>
              </w:rPr>
            </w:pPr>
          </w:p>
          <w:p w14:paraId="02C2545F" w14:textId="77777777" w:rsidR="0045682B" w:rsidRDefault="0045682B">
            <w:pPr>
              <w:widowControl w:val="0"/>
              <w:spacing w:line="216" w:lineRule="auto"/>
              <w:rPr>
                <w:sz w:val="15"/>
              </w:rPr>
            </w:pPr>
          </w:p>
          <w:p w14:paraId="403BD789" w14:textId="77777777" w:rsidR="0045682B" w:rsidRDefault="0045682B">
            <w:pPr>
              <w:widowControl w:val="0"/>
              <w:spacing w:line="216" w:lineRule="auto"/>
              <w:rPr>
                <w:sz w:val="15"/>
              </w:rPr>
            </w:pPr>
          </w:p>
          <w:p w14:paraId="7055BEDC" w14:textId="77777777" w:rsidR="0045682B" w:rsidRDefault="0045682B">
            <w:pPr>
              <w:widowControl w:val="0"/>
              <w:spacing w:line="216" w:lineRule="auto"/>
              <w:rPr>
                <w:sz w:val="15"/>
              </w:rPr>
            </w:pPr>
          </w:p>
          <w:p w14:paraId="25F40B51" w14:textId="0B408FD6" w:rsidR="00D439E1" w:rsidRDefault="00000000">
            <w:pPr>
              <w:widowControl w:val="0"/>
              <w:spacing w:line="216" w:lineRule="auto"/>
              <w:rPr>
                <w:sz w:val="15"/>
              </w:rPr>
            </w:pPr>
            <w:r>
              <w:rPr>
                <w:sz w:val="15"/>
              </w:rPr>
              <w:t>.............................................................</w:t>
            </w:r>
            <w:r>
              <w:rPr>
                <w:sz w:val="15"/>
              </w:rPr>
              <w:br/>
            </w:r>
            <w:r w:rsidR="0045682B">
              <w:rPr>
                <w:sz w:val="15"/>
              </w:rPr>
              <w:t xml:space="preserve">czytelne </w:t>
            </w:r>
            <w:r>
              <w:rPr>
                <w:sz w:val="15"/>
              </w:rPr>
              <w:t>podpis</w:t>
            </w:r>
            <w:r w:rsidR="0045682B">
              <w:rPr>
                <w:sz w:val="15"/>
              </w:rPr>
              <w:t>y</w:t>
            </w:r>
            <w:r>
              <w:rPr>
                <w:sz w:val="15"/>
              </w:rPr>
              <w:t xml:space="preserve"> /osób sporządzających opinię</w:t>
            </w:r>
            <w:r w:rsidR="0045682B">
              <w:rPr>
                <w:sz w:val="15"/>
              </w:rPr>
              <w:t>,</w:t>
            </w:r>
          </w:p>
          <w:p w14:paraId="5A392233" w14:textId="38E6D9DC" w:rsidR="0045682B" w:rsidRDefault="0045682B">
            <w:pPr>
              <w:widowControl w:val="0"/>
              <w:spacing w:line="216" w:lineRule="auto"/>
            </w:pPr>
            <w:r>
              <w:rPr>
                <w:sz w:val="15"/>
              </w:rPr>
              <w:t>pełnione funkcje</w:t>
            </w:r>
          </w:p>
        </w:tc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D449EA" w14:textId="77777777" w:rsidR="0045682B" w:rsidRDefault="0045682B">
            <w:pPr>
              <w:widowControl w:val="0"/>
              <w:spacing w:line="216" w:lineRule="auto"/>
              <w:jc w:val="right"/>
              <w:rPr>
                <w:sz w:val="15"/>
              </w:rPr>
            </w:pPr>
          </w:p>
          <w:p w14:paraId="572F3FB1" w14:textId="77777777" w:rsidR="0045682B" w:rsidRDefault="0045682B">
            <w:pPr>
              <w:widowControl w:val="0"/>
              <w:spacing w:line="216" w:lineRule="auto"/>
              <w:jc w:val="right"/>
              <w:rPr>
                <w:sz w:val="15"/>
              </w:rPr>
            </w:pPr>
          </w:p>
          <w:p w14:paraId="2738ADE2" w14:textId="77777777" w:rsidR="0045682B" w:rsidRDefault="0045682B">
            <w:pPr>
              <w:widowControl w:val="0"/>
              <w:spacing w:line="216" w:lineRule="auto"/>
              <w:jc w:val="right"/>
              <w:rPr>
                <w:sz w:val="15"/>
              </w:rPr>
            </w:pPr>
          </w:p>
          <w:p w14:paraId="1B595B1A" w14:textId="77777777" w:rsidR="0045682B" w:rsidRDefault="0045682B">
            <w:pPr>
              <w:widowControl w:val="0"/>
              <w:spacing w:line="216" w:lineRule="auto"/>
              <w:jc w:val="right"/>
              <w:rPr>
                <w:sz w:val="15"/>
              </w:rPr>
            </w:pPr>
          </w:p>
          <w:p w14:paraId="41494A6D" w14:textId="77777777" w:rsidR="0045682B" w:rsidRDefault="0045682B">
            <w:pPr>
              <w:widowControl w:val="0"/>
              <w:spacing w:line="216" w:lineRule="auto"/>
              <w:jc w:val="right"/>
              <w:rPr>
                <w:sz w:val="15"/>
              </w:rPr>
            </w:pPr>
          </w:p>
          <w:p w14:paraId="5EA51E6F" w14:textId="77777777" w:rsidR="0045682B" w:rsidRDefault="0045682B">
            <w:pPr>
              <w:widowControl w:val="0"/>
              <w:spacing w:line="216" w:lineRule="auto"/>
              <w:jc w:val="right"/>
              <w:rPr>
                <w:sz w:val="15"/>
              </w:rPr>
            </w:pPr>
          </w:p>
          <w:p w14:paraId="714BB0C7" w14:textId="77777777" w:rsidR="0045682B" w:rsidRDefault="0045682B">
            <w:pPr>
              <w:widowControl w:val="0"/>
              <w:spacing w:line="216" w:lineRule="auto"/>
              <w:jc w:val="right"/>
              <w:rPr>
                <w:sz w:val="15"/>
              </w:rPr>
            </w:pPr>
          </w:p>
          <w:p w14:paraId="5CE1E4E1" w14:textId="7F8D7843" w:rsidR="00D439E1" w:rsidRDefault="00000000">
            <w:pPr>
              <w:widowControl w:val="0"/>
              <w:spacing w:line="216" w:lineRule="auto"/>
              <w:jc w:val="right"/>
            </w:pPr>
            <w:r>
              <w:rPr>
                <w:sz w:val="15"/>
              </w:rPr>
              <w:t>..............................................................</w:t>
            </w:r>
            <w:r>
              <w:rPr>
                <w:sz w:val="15"/>
              </w:rPr>
              <w:br/>
              <w:t>podpis i pieczęć dyrektora szkoły / placówki</w:t>
            </w:r>
          </w:p>
        </w:tc>
      </w:tr>
    </w:tbl>
    <w:p w14:paraId="7632422E" w14:textId="77777777" w:rsidR="0045682B" w:rsidRDefault="0045682B">
      <w:pPr>
        <w:spacing w:line="211" w:lineRule="auto"/>
        <w:rPr>
          <w:sz w:val="13"/>
        </w:rPr>
      </w:pPr>
    </w:p>
    <w:p w14:paraId="094F6155" w14:textId="77777777" w:rsidR="0045682B" w:rsidRDefault="0045682B">
      <w:pPr>
        <w:spacing w:line="211" w:lineRule="auto"/>
        <w:rPr>
          <w:sz w:val="13"/>
        </w:rPr>
      </w:pPr>
    </w:p>
    <w:p w14:paraId="007E550B" w14:textId="77777777" w:rsidR="0045682B" w:rsidRDefault="0045682B">
      <w:pPr>
        <w:spacing w:line="211" w:lineRule="auto"/>
        <w:rPr>
          <w:sz w:val="13"/>
        </w:rPr>
      </w:pPr>
    </w:p>
    <w:p w14:paraId="206C48F0" w14:textId="77777777" w:rsidR="0045682B" w:rsidRDefault="0045682B">
      <w:pPr>
        <w:spacing w:line="211" w:lineRule="auto"/>
        <w:rPr>
          <w:sz w:val="13"/>
        </w:rPr>
      </w:pPr>
    </w:p>
    <w:p w14:paraId="56C49CC1" w14:textId="77777777" w:rsidR="0045682B" w:rsidRDefault="0045682B">
      <w:pPr>
        <w:spacing w:line="211" w:lineRule="auto"/>
        <w:rPr>
          <w:sz w:val="13"/>
        </w:rPr>
      </w:pPr>
    </w:p>
    <w:p w14:paraId="5C37007F" w14:textId="77777777" w:rsidR="0045682B" w:rsidRDefault="0045682B">
      <w:pPr>
        <w:spacing w:line="211" w:lineRule="auto"/>
        <w:rPr>
          <w:sz w:val="13"/>
        </w:rPr>
      </w:pPr>
    </w:p>
    <w:p w14:paraId="33F17EC5" w14:textId="77777777" w:rsidR="0045682B" w:rsidRDefault="0045682B">
      <w:pPr>
        <w:spacing w:line="211" w:lineRule="auto"/>
        <w:rPr>
          <w:sz w:val="13"/>
        </w:rPr>
      </w:pPr>
    </w:p>
    <w:p w14:paraId="33F5E86C" w14:textId="451AE5DF" w:rsidR="00D439E1" w:rsidRDefault="00000000">
      <w:pPr>
        <w:spacing w:line="211" w:lineRule="auto"/>
      </w:pPr>
      <w:r>
        <w:rPr>
          <w:sz w:val="13"/>
        </w:rPr>
        <w:t>Podstawa prawna: § 7 ust. 2-7 rozporządzenia Ministra Edukacji z dnia 2 marca 2026 r. w sprawie orzeczeń i opinii wydawanych przez zespoły orzekające działające w publicznych poradniach psychologiczno-pedagogicznych (Dz.U. z 2026 r. poz. 428). § 7 ust. 6 i 7 obowiązują od 1 września 2026 r.</w:t>
      </w:r>
    </w:p>
    <w:sectPr w:rsidR="00D439E1" w:rsidSect="00034616">
      <w:pgSz w:w="12240" w:h="15840"/>
      <w:pgMar w:top="652" w:right="765" w:bottom="595" w:left="765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937985">
    <w:abstractNumId w:val="8"/>
  </w:num>
  <w:num w:numId="2" w16cid:durableId="307709124">
    <w:abstractNumId w:val="6"/>
  </w:num>
  <w:num w:numId="3" w16cid:durableId="1817337396">
    <w:abstractNumId w:val="5"/>
  </w:num>
  <w:num w:numId="4" w16cid:durableId="360016201">
    <w:abstractNumId w:val="4"/>
  </w:num>
  <w:num w:numId="5" w16cid:durableId="466509950">
    <w:abstractNumId w:val="7"/>
  </w:num>
  <w:num w:numId="6" w16cid:durableId="1172718138">
    <w:abstractNumId w:val="3"/>
  </w:num>
  <w:num w:numId="7" w16cid:durableId="452868526">
    <w:abstractNumId w:val="2"/>
  </w:num>
  <w:num w:numId="8" w16cid:durableId="583957407">
    <w:abstractNumId w:val="1"/>
  </w:num>
  <w:num w:numId="9" w16cid:durableId="1980726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682B"/>
    <w:rsid w:val="00857C57"/>
    <w:rsid w:val="00AA1D8D"/>
    <w:rsid w:val="00B47730"/>
    <w:rsid w:val="00CB0664"/>
    <w:rsid w:val="00D439E1"/>
    <w:rsid w:val="00F40D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83B02F"/>
  <w14:defaultImageDpi w14:val="300"/>
  <w15:docId w15:val="{FC60BCB7-516E-41F9-805A-87066E4D5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655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 o funkcjonowaniu ucznia - PPP Tomaszów Mazowiecki</dc:title>
  <dc:subject>Wzór opinii o funkcjonowaniu ucznia dla potrzeb poradni</dc:subject>
  <dc:creator>Katarzyna Tomala</dc:creator>
  <cp:keywords/>
  <dc:description/>
  <cp:lastModifiedBy>Katarzyna Tomala</cp:lastModifiedBy>
  <cp:revision>2</cp:revision>
  <dcterms:created xsi:type="dcterms:W3CDTF">2026-09-22T17:28:00Z</dcterms:created>
  <dcterms:modified xsi:type="dcterms:W3CDTF">2026-09-22T17:28:00Z</dcterms:modified>
  <cp:category/>
</cp:coreProperties>
</file>